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מקור חג הסיגד ואת משמעות חידוש הברית בהקשר ההיסטורי והקהילתי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מנהגים מרכזיים של החג ולפרש את הסמלים שבהם (הר, לבן, אבן, אורית)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ניתוח תחבירי ומילות קישור בטקסט עיוני ולשפר דיוק לשוני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פסקת טיעון מנומקת וקוהרנטית סביב רעיון מתוך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מקור החג ומשמעות הברית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כ״ט בחשון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השתחוות וסגידה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חמישים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מקור החג ומשמעות הברית – תרגול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הטקסט מציין מפורשות שהחג מהדהד את המעמד המתואר בימי עזרא ונחמיה.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הטקסט אומר במפורש שברית איננה אירוע חד-פעמי אלא מחויבות שיש לרענן.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מקור החג ומשמעות הברית – יישום והעמקה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מחויבות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רצף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מקור החג ומשמעות הברית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(התחייבות מחודשת לשמור על המצוות)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(מה שמייחד את הקהילה לאורך הדורות)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(פעולה שמעצבת את ההווה, לא רק שימור העבר)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(נמשכת כל עוד יש מי שמחדש אותה)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(סבים, הורים וילדים עומדים יחד באותו טקס)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מנהגי ההר: קסים, אורית וגעז – הבנה ושינון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הר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ספר התורה של הקהילה, כתוב בגעז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מנהגי ההר: קסים, אורית וגעז – זיהוי ופרטים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הטקסט מתאר שהלבוש הלבן ביטא טוהר והתחדשות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מנהגי ההר: קסים, אורית וגעז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אמהרית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מנהגי ההר: קסים, אורית וגעז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(מנהיגי הקהילה הדתיים)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(ספר התורה של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(שפת הקודש העתיקה)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(שפת היומיום שאליה תורגמו הדברים)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(סמל לענווה ולחרטה)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לשון ותחביר: מילות קישור במאמר העיוני – זיהוי מילות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ניגוד או ויתור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קשר של סיבה ותוצאה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השוואה או דמיון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הוספת טיעון מחזק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לשון ותחביר: מילות קישור במאמר העיוני – התאמת מילת קישור לתפקיד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(ניגוד או ויתור בין שני רעיונות)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(קשר של סיבה ותוצאה)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(השוואה בין שני מצבים דומים)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(הוספת טיעון המחזק את הקודם)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(הסקת מסקנה מהנאמר קודם)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(ציון מקור הקביעה או הסיפור)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לשון ותחביר: מילות קישור במאמר העיוני – ניתוח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שהמילה מוסיפה טיעון חדש וחזק על הקודם, ומראה שהכותב בונה נימוקים בשכבות: לא רק חידוש ברית אלא גם חיבור בין דורות.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הביטוי מסמן שהמידע מבוסס על מסורת שבעל פה ולא על תיעוד היסטורי ודאי, ומעניק לטקסט זהירות ואמינות מדודה.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ד, ג, ב, 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יש להעריך לפי שימוש נכון בלפחות שתי מילות קישור (למשל 'בדומה לכך', 'ולכן') ולפי הסבר עניני המבוסס על התוכן: שני המקרים כוללים התכנסות, שמיעת התורה והתחייבות מחודשת.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סיגד בישראל היום: המשכיות ושינוי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בטיילת בירושלים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טיילת בירושלים מול הנוף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לובשים לבן ומחזיקים מטריות צבעוניות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שרים ורוקדים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סיגד בישראל היום: המשכיות ושינוי – נכון/לא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כיום רוב בני הקהילה גרים בישראל, והחלום הישן להגיע לירושלים התגשם לרבים.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פרט שמוזכר בתיאור החגיגה בטיילת.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סיגד בישראל היום: המשכיות ושינוי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סיגד בישראל היום: המשכיות ושינוי – אז והיום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(טיילת בירושלים)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(בגדים לבנים ומטריות צבעוניות)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(הגעה בפועל לירושלים)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(קהל רב מכל הארץ)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כתיבת פסקת טיעון – הכרה עם רעיון הטקסט ומבנה 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זהות נבנית מתוך בחירה חוזרת ומסורת חיה כשמחדשים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משפט שמביע עמדה או דעה שרוצים לשכנע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להסביר ולבסס מדוע הטענה נכונה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כתיבת פסקת טיעון – בדיקת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הטקסט מדגיש שברית היא מחויבות שיש לרענן, ולכן חוזרים אליה מדי שנה.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הטקסט מציין שסבים, הורים וילדים עומדים יחד ואומרים את אותן מילים.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כתיבת פסקת טיעון – השלמת 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כתיבת פסקת טיעון – זיהוי מרכיבים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(עמדה או רעיון שרוצים לשכנע בו את הקורא)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(הסבר המבסס מדוע הטענה נכונה)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(מקרה קונקרטי שממחיש את הנימוק)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(סיכום שחוזר אל הטענה ומחזק אותה)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סגורות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השתחוות וסגידה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חמישים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הר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להוביל את התפילה ולקרוא מן האורית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בגעז, ותרגמו לאמהרית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מחויבות שצריך לרענן מדי 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הדורות השונים עומדים יחד ואומרים אותן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להציג עמדה ולבסס אותה בנימוקים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התחייבות מחודשת למצוות ולזיכרון קולקטיבי, בדומה למעמד עזרא ונחמיה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מבחינה בין שפת הקודש (געז) לשפת התקשורת (אמהרית) ומסבירה את תפקיד התיווך של הקסים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מצביעה על מילת קישור קונקרטית מהטקסט ומסבירה את תפקידה בקישור בין רעיונות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לפרוס את החוברת על פני 2-3 שיעורים: שיעור ראשון לפרקים 1-2, שני לפרק 3, שלישי לפרקים 4-5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להיעזר בטקסטים של מסלול עולים חדשים כהכנה לפני הטקסט העיוני המלא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בדיון בכיתה הציגו את המסורות בלשון 'לפי המסורת' ו'בני הקהילה מספרים', והימנעו מהכללות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בכתיבת פסקת הטיעון אפשר לתת לבחור בין נושא אישי לנושא כללי, כדי לאפשר רמות שונות של שיתוף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פתרו את החוברת לפי הסדר. קראו כל טקסט פעמיים, ואז ענו על השאלות בכתב יד ברור.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החג; פירושו השתחוות או סגידה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ביתא ישראל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שמה של קהילת יהודי אתיופיה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חידוש ברית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התחייבות מחודשת לשמור על התורה והמצוות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קסים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מנהיגיה הדתיים של הקהילה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התורה של הקהילה, כתוב בגעז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געז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שפה עתיקה ששימשה לתפילה ולכתבי קודש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אמהרית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שפת היומיום של הקהילה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ימי עזרא ונחמיה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תקופת שיבת ציון שבה חודשה הברית בירושלים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מילות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המחברות בין רעיונות במשפט או בפסקה, כגון 'לעומת זאת' או 'יתרה מזו'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פסקת טיעון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פסקה הכוללת טענה, נימוק, דוגמה ומסקנה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מקור החג ומשמעות הברית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חל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כ״ט בחשון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י׳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ט״ו בשבט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כ״ט בכסלו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המילה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 וריקוד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השתחוות וסגידה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קציר ואסיף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נדודים וגלות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זמן אחרי יום כיפור חל החג?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מקור החג ומשמעות הברית – תרגול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קובע שהסיגד מהדהד את מעמד חידוש הברית בימי עזרא ונחמיה.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הטקסט, ברית היא אירוע חד-פעמי שאינו חוזר על עצמו.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מקור החג ומשמעות הברית – יישום והעמקה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לפי הטקסט, ברית איננה אירוע חד-פעמי אלא __________ שיש לרענן מדי שנה.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החזרה השנתית אל אותו טקס יוצרת __________ בין הדורות השונים בקהילה.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מקור החג ומשמעות הברית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חידוש 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שמייחד את הקהילה לאורך הדורות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זהות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התחייבות מחודשת לשמור על המצוות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זיכרון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סבים, הורים וילדים עומדים יחד באותו טקס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מסורת חיה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פעולה שמעצבת את ההווה, לא רק שימור העבר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רצף בין דורות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נמשכת כל עוד יש מי שמחדש אותה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מנהגי ההר: קסים, אורית וגעז – הבנה ושינון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הר ההר הזה מזכיר?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 תבור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 כרמל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האורית?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 התורה של הקהילה, כתוב בגעז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 עממי אתיופי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מגילת אסתר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תפילת יום הכיפורים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מנהגי ההר: קסים, אורית וגעז – זיהוי ופרטים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המתפללים לבשו בגדים לבנים כסמל לטוהר ולהתחדשות.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מנהגי ההר: קסים, אורית וגעז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בראש העולים להר צעדו ה__________, מנהיגי הקהילה הדתיים.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שפת הקודש העתיקה שבה כתובה האורית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מכיוון שרוב המתפללים לא הבינו געז, הקסים תרגמו את הדברים ל__________.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מנהגי ההר: קסים, אורית וגעז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שפת הקודש העתיקה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שפת היומיום שאליה תורגמו הדברים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געז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סמל לענווה ולחרטה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אמהרית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ספר התורה של הקהילה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אבן על הראש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מנהיגי הקהילה הדתיים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לשון ותחביר: מילות קישור במאמר העיוני – זיהוי 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מביעה המילה 'ובכל זאת' במשפט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ניגוד או ויתור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מביעה המילה 'ולכן'?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קשר של סיבה ותוצאה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זמן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מביעה 'בדומה לכך'?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השוואה או דמיון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מסקנה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מביעה המילה 'יתרה מזו'?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הוספת טיעון מחזק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סתירה לקודם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דוגמה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ציון זמן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לשון ותחביר: מילות קישור במאמר העיוני – התאמת מילת קישור לתפקיד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ובכל זאת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קשר של סיבה ותוצאה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ולכן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השוואה בין שני מצבים דומים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בדומה לכך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הסקת מסקנה מהנאמר קודם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יתרה מזו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ציון מקור הקביעה או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מכאן ש...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הוספת טיעון המחזק את הקודם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לפי המסורת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ניגוד או ויתור בין שני רעיונות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לשון ותחביר: מילות קישור במאמר העיוני – ניתוח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כיצד תורמת מילת הקישור 'יתרה מזו' לבניית הטיעון על רציפות הדורות בפסקה הראשונה.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האפקט של החזרה על הביטוי 'לפי המסורת' בשני הטקסטים העיוניים?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סדרו לפי סדר הופעתם במאמר הראשון: (א) מסקנה על זהות הנבנית מבחירה חוזרת (ב) תיאור העלייה אל ההר (ג) הצגת רעיון חידוש הברית (ד) זיהוי הסיגד כביטוי לזהות הקהילה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קטע קצר (3-4 משפטים) המסביר מדוע הכותב מקשר בין הסיגד לבין חידוש הברית בימי עזרא ונחמיה, תוך שימוש בשתי מילות קישור לפחות מתוך הרשימה שלמדתם.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סיגד בישראל היום: המשכיות ושינוי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חוגגים סיגד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בטיילת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במקום ההר?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טיילת בירושלים מול הנוף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גבעה בצפון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איצטדיון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כנסת סגור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הקסים?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לובשים לבן ומחזיקים מטריות צבעוניות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לובשים שחור ומחזיקים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יושבים בצד ולא משתתפים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מחכים לכולם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אחרי התפילה?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שרים ורוקדים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כולם חוזרים הביתה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הצום ממשיך עוד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עולים שוב על הר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סיגד בישראל היום: המשכיות ושינוי – נכון/לא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היום רוב בני קהילת ביתא ישראל גרים באתיופיה ומגיעים לביקור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בחגיגה בירושלים הקסים מחזיקים מטריות צבעוניות.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סיגד בישראל היום: המשכיות ושינוי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הקֵּסים מחזיקים __________ צבעוניות כשהם מובילים את התפילה בטיילת.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החלום הישן של הקהילה להגיע ל__________ התגשם לרבים כיום.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סיגד בישראל היום: המשכיות ושינוי – אז והיום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הר גבוה באתיופיה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קהל רב מכל הארץ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בגדים לבנים בלבד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הגעה בפועל לירושלים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געגועים לירושלים מרחוק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בגדים לבנים ומטריות צבעוניות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קהילה קטנה בכפר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טיילת בירושלים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כתיבת פסקת טיעון – הכרה עם רעיון הטקסט ומבנה הפסקה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הרעיון העיקרי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זהות נבנית מתוך בחירה חוזרת ומסורת חיה כשמחדשים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 לשכוח את העבר כדי להתקדם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ברית נחתמת פעם אחת ולתמיד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מסורת היא עניין פרטי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טענה?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שמביע עמדה או דעה שרוצים לשכנע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דוגמה מהחיים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שאלה פתוחה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תפקיד הנימוק?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להסביר ולבסס מדוע הטענה 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לחזור בדיוק על הטענה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להציג דעה נגדית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לסיים את הפסקה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כתיבת פסקת טיעון – בדיקת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הטקסט, ברית היא אירוע חד-פעמי שאין צורך לחדש אותו מדי 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החזרה השנתית על טקס הסיגד, לפי הטקסט, יוצרת רצף בין הדורות.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כתיבת פסקת טיעון – השלמת 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פסקת טיעון בנויה בדרך כלל מארבעה חלקים: טענה, נימוק, __________ ומסקנה.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הטקסט, זהות קהילת ביתא ישראל נבנית מתוך __________ חוזרת ולא מאירוע חד-פעמי.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כתיבת פסקת טיעון – זיהוי מרכיבים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מקרה קונקרטי שממחיש את הנימוק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נימוק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סיכום שחוזר אל הטענה ומחזק אותה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דוגמה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עמדה או רעיון שרוצים לשכנע בו את הקורא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מסקנה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הסבר המבסס מדוע הטענה נכונה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שאלות סגורות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המילה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 וריקוד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השתחוות וסגידה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צום וסליחה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עלייה להר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זמן אחרי יום הכיפורים חוגגים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הר מקראי מזכיר ההר שעלו עליו?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 הכרמל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 תבור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 הזיתים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עשו הקסים בזמן הטקס?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לבשל את הסעודה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להוביל את התפילה ולקרוא מן האורית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לנגן בתופים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לשמור על הגבולות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שפת הספר הקדוש, ולאיזו שפה תרגמו אותו?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בעברית, ותרגמו לערבית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בגעז, ותרגמו לאמהרית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באמהרית, ותרגמו לגעז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בארמית, ותרגמו לעברית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אומר הטקסט על המשמעות של לחדש ברית כל 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אירוע חד-פעמי שאינו חוזר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מחויבות שצריך לרענן מדי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טקס ללא משמעות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מנהג שנעלם עם השנים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איך הסיגד מחבר בין סבים, הורים וילדים?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דור חוגג בנפרד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הדורות השונים עומדים יחד ואומרים אותן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הילדים אינם משתתפים בטקס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המסורת משתנה כל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צריך לכלול פסקת 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לתאר אירוע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להציג עמדה ולבסס אותה בנימוקים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לספר סיפור אישי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לרשום רשימת מילים חשובות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להסביר במילים שלי מהי משמעות 'חידוש הברית' בסיגד?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מזהה את תפקידם של הקסים ואת משמעות השימוש בגעז ובאמהרית?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לזהות מילות קישור בטקסט ולהשתמש בהן נכון בכתיבה שלי?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